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 w:val="0"/>
        <w:spacing w:before="0" w:after="0" w:lineRule="exact" w:line="288"/>
        <w:ind w:left="0" w:right="0" w:firstLine="0"/>
        <w:jc w:val="center"/>
      </w:pPr>
      <w:r>
        <w:rPr>
          <w:rFonts w:ascii="Arial" w:hAnsi="Arial" w:eastAsia="Arial" w:cs="Arial"/>
          <w:b/>
          <w:sz w:val="24"/>
          <w:color w:val="000000"/>
        </w:rPr>
        <w:t>CARTA DE CONCORDÂNCIA DA INSTITUIÇÃO PARCEIRA</w:t>
      </w:r>
    </w:p>
    <w:p>
      <w:pPr>
        <w:keepNext w:val="0"/>
        <w:widowControl w:val="0"/>
        <w:spacing w:before="718" w:after="0" w:lineRule="exact" w:line="264"/>
        <w:ind w:left="0" w:right="0" w:firstLine="0"/>
        <w:jc w:val="center"/>
      </w:pPr>
      <w:r>
        <w:rPr>
          <w:rFonts w:ascii="Arial" w:hAnsi="Arial" w:eastAsia="Arial" w:cs="Arial"/>
          <w:b w:val="0"/>
          <w:sz w:val="22"/>
          <w:color w:val="000000"/>
        </w:rPr>
        <w:t>Chamada CNPq/CAPES Nº 30/2026</w:t>
      </w:r>
    </w:p>
    <w:p>
      <w:pPr>
        <w:keepNext w:val="0"/>
        <w:widowControl w:val="0"/>
        <w:spacing w:before="230" w:after="0" w:lineRule="exact" w:line="264"/>
        <w:ind w:left="0" w:right="0" w:firstLine="0"/>
        <w:jc w:val="center"/>
      </w:pPr>
      <w:r>
        <w:rPr>
          <w:rFonts w:ascii="Arial" w:hAnsi="Arial" w:eastAsia="Arial" w:cs="Arial"/>
          <w:b w:val="0"/>
          <w:sz w:val="22"/>
          <w:color w:val="000000"/>
        </w:rPr>
        <w:t>Programa de Mestrado e Doutorado Acadêmico para Inovação – MAI/DAI</w:t>
      </w:r>
    </w:p>
    <w:p>
      <w:pPr>
        <w:keepNext w:val="0"/>
        <w:widowControl w:val="0"/>
        <w:spacing w:before="780" w:after="0" w:lineRule="exact" w:line="252"/>
        <w:ind w:left="0" w:right="0" w:firstLine="0"/>
        <w:jc w:val="both"/>
      </w:pPr>
      <w:r>
        <w:rPr>
          <w:rFonts w:ascii="Arial" w:hAnsi="Arial" w:eastAsia="Arial" w:cs="Arial"/>
          <w:b w:val="0"/>
          <w:sz w:val="22"/>
          <w:color w:val="000000"/>
          <w:spacing w:val="-3"/>
        </w:rPr>
        <w:t xml:space="preserve">Declaramos para os devidos fins que a </w:t>
      </w:r>
      <w:r>
        <w:rPr>
          <w:rFonts w:ascii="Arial" w:hAnsi="Arial" w:eastAsia="Arial" w:cs="Arial"/>
          <w:b w:val="0"/>
          <w:sz w:val="22"/>
          <w:color w:val="000000"/>
          <w:spacing w:val="-3"/>
          <w:shd w:val="clear" w:color="auto" w:fill="BCD6ED"/>
        </w:rPr>
        <w:t>(Nome da Instituição/sigla)</w:t>
      </w:r>
      <w:r>
        <w:rPr>
          <w:rFonts w:ascii="Arial" w:hAnsi="Arial" w:eastAsia="Arial" w:cs="Arial"/>
          <w:b w:val="0"/>
          <w:sz w:val="22"/>
          <w:color w:val="000000"/>
          <w:spacing w:val="-3"/>
        </w:rPr>
        <w:t xml:space="preserve">, CNPJ nº </w:t>
      </w:r>
      <w:r>
        <w:rPr>
          <w:rFonts w:ascii="Arial" w:hAnsi="Arial" w:eastAsia="Arial" w:cs="Arial"/>
          <w:b w:val="0"/>
          <w:sz w:val="22"/>
          <w:color w:val="000000"/>
          <w:spacing w:val="-3"/>
          <w:shd w:val="clear" w:color="auto" w:fill="C6D9F1"/>
        </w:rPr>
        <w:t xml:space="preserve">   </w:t>
      </w:r>
      <w:r>
        <w:rPr>
          <w:rFonts w:ascii="Arial" w:hAnsi="Arial" w:eastAsia="Arial" w:cs="Arial"/>
          <w:b w:val="0"/>
          <w:sz w:val="22"/>
          <w:color w:val="000000"/>
          <w:spacing w:val="-3"/>
        </w:rPr>
        <w:t xml:space="preserve">, tem plena concordância com a sua participação na Chamada Pública CNPq/CAPES Nº 30/2026 – Programa de Mestrado e Doutorado Acadêmico para Inovação – MAI/DAI, como Instituição Parceira da </w:t>
      </w:r>
      <w:r>
        <w:rPr>
          <w:rFonts w:ascii="Arial" w:hAnsi="Arial" w:eastAsia="Arial" w:cs="Arial"/>
          <w:b w:val="0"/>
          <w:sz w:val="22"/>
          <w:color w:val="000000"/>
          <w:spacing w:val="-3"/>
          <w:shd w:val="clear" w:color="auto" w:fill="C6D9F1"/>
        </w:rPr>
        <w:t>(Nome da ICT/sigla)</w:t>
      </w:r>
      <w:r>
        <w:rPr>
          <w:rFonts w:ascii="Arial" w:hAnsi="Arial" w:eastAsia="Arial" w:cs="Arial"/>
          <w:b w:val="0"/>
          <w:sz w:val="22"/>
          <w:color w:val="000000"/>
          <w:spacing w:val="-3"/>
        </w:rPr>
        <w:t>, comprometendo-se ao cumprimento das diretrizes e obrigações previstas nesta Chamada.</w:t>
      </w:r>
    </w:p>
    <w:p>
      <w:pPr>
        <w:keepNext w:val="0"/>
        <w:widowControl w:val="0"/>
        <w:spacing w:before="254" w:after="0" w:lineRule="exact" w:line="252"/>
        <w:ind w:left="0" w:right="0" w:firstLine="0"/>
        <w:jc w:val="both"/>
      </w:pPr>
      <w:r>
        <w:rPr>
          <w:rFonts w:ascii="Arial" w:hAnsi="Arial" w:eastAsia="Arial" w:cs="Arial"/>
          <w:b w:val="0"/>
          <w:sz w:val="22"/>
          <w:color w:val="000000"/>
          <w:spacing w:val="-3"/>
        </w:rPr>
        <w:t xml:space="preserve">Declaramos ainda que a </w:t>
      </w:r>
      <w:r>
        <w:rPr>
          <w:rFonts w:ascii="Arial" w:hAnsi="Arial" w:eastAsia="Arial" w:cs="Arial"/>
          <w:b w:val="0"/>
          <w:sz w:val="22"/>
          <w:color w:val="000000"/>
          <w:spacing w:val="-3"/>
          <w:shd w:val="clear" w:color="auto" w:fill="BCD6ED"/>
        </w:rPr>
        <w:t>(Nome da Instituição/sigla)</w:t>
      </w:r>
      <w:r>
        <w:rPr>
          <w:rFonts w:ascii="Arial" w:hAnsi="Arial" w:eastAsia="Arial" w:cs="Arial"/>
          <w:b w:val="0"/>
          <w:sz w:val="22"/>
          <w:color w:val="000000"/>
          <w:spacing w:val="-3"/>
        </w:rPr>
        <w:t xml:space="preserve"> compromete-se com a contrapartida especificada abaixo, caso a proposta seja aprovada pelo CNPq.</w:t>
      </w:r>
    </w:p>
    <w:p>
      <w:pPr>
        <w:keepNext w:val="0"/>
        <w:widowControl w:val="0"/>
        <w:spacing w:before="482" w:after="0" w:lineRule="exact" w:line="20"/>
        <w:ind w:left="0" w:right="0" w:firstLine="0"/>
        <w:jc w:val="left"/>
      </w:pPr>
    </w:p>
    <w:tbl>
      <w:tblPr>
        <w:tblW w:type="dxa" w:w="5968"/>
        <w:jc w:val="left"/>
        <w:tblLayout w:type="fixed"/>
        <w:tblLook w:firstColumn="1" w:firstRow="1" w:lastColumn="0" w:lastRow="0" w:noHBand="0" w:noVBand="1" w:val="04A0"/>
        <w:tblInd w:w="-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65"/>
        <w:gridCol w:w="895"/>
        <w:gridCol w:w="977"/>
        <w:gridCol w:w="1411"/>
        <w:gridCol w:w="1719"/>
      </w:tblGrid>
      <w:tr>
        <w:trPr>
          <w:trHeight w:val="698" w:hRule="exact"/>
        </w:trPr>
        <w:tc>
          <w:tcPr>
            <w:tcW w:type="dxa" w:w="2837"/>
            <w:gridSpan w:val="3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left"/>
            </w:pPr>
            <w:r/>
            <w:r>
              <w:rPr>
                <w:rFonts w:ascii="Arial" w:hAnsi="Arial" w:eastAsia="Arial" w:cs="Arial"/>
                <w:b/>
                <w:sz w:val="16"/>
                <w:color w:val="000000"/>
              </w:rPr>
              <w:t>Nº bolsas apoiadas pela Instituição</w:t>
            </w:r>
          </w:p>
        </w:tc>
        <w:tc>
          <w:tcPr>
            <w:tcW w:type="dxa" w:w="3130"/>
            <w:gridSpan w:val="2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left"/>
            </w:pPr>
            <w:r/>
            <w:r>
              <w:rPr>
                <w:rFonts w:ascii="Arial" w:hAnsi="Arial" w:eastAsia="Arial" w:cs="Arial"/>
                <w:b/>
                <w:sz w:val="16"/>
                <w:color w:val="000000"/>
              </w:rPr>
              <w:t>Contrapartida Prevista pela Instituição</w:t>
            </w:r>
          </w:p>
        </w:tc>
      </w:tr>
      <w:tr>
        <w:trPr>
          <w:trHeight w:val="814" w:hRule="exact"/>
        </w:trPr>
        <w:tc>
          <w:tcPr>
            <w:tcW w:type="dxa" w:w="965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center"/>
            </w:pPr>
            <w:r/>
            <w:r>
              <w:rPr>
                <w:rFonts w:ascii="Arial" w:hAnsi="Arial" w:eastAsia="Arial" w:cs="Arial"/>
                <w:b/>
                <w:sz w:val="16"/>
                <w:color w:val="000000"/>
              </w:rPr>
              <w:t>GM</w:t>
            </w:r>
          </w:p>
        </w:tc>
        <w:tc>
          <w:tcPr>
            <w:tcW w:type="dxa" w:w="895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center"/>
            </w:pPr>
            <w:r/>
            <w:r>
              <w:rPr>
                <w:rFonts w:ascii="Arial" w:hAnsi="Arial" w:eastAsia="Arial" w:cs="Arial"/>
                <w:b/>
                <w:sz w:val="16"/>
                <w:color w:val="000000"/>
              </w:rPr>
              <w:t>GD</w:t>
            </w:r>
          </w:p>
        </w:tc>
        <w:tc>
          <w:tcPr>
            <w:tcW w:type="dxa" w:w="977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center"/>
            </w:pPr>
            <w:r/>
            <w:r>
              <w:rPr>
                <w:rFonts w:ascii="Arial" w:hAnsi="Arial" w:eastAsia="Arial" w:cs="Arial"/>
                <w:b/>
                <w:sz w:val="16"/>
                <w:color w:val="000000"/>
              </w:rPr>
              <w:t>PDI</w:t>
            </w:r>
          </w:p>
        </w:tc>
        <w:tc>
          <w:tcPr>
            <w:tcW w:type="dxa" w:w="1411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center"/>
            </w:pPr>
            <w:r/>
            <w:r>
              <w:rPr>
                <w:rFonts w:ascii="Arial" w:hAnsi="Arial" w:eastAsia="Arial" w:cs="Arial"/>
                <w:b/>
                <w:sz w:val="16"/>
                <w:color w:val="000000"/>
              </w:rPr>
              <w:t>Financeira (R$)</w:t>
            </w:r>
          </w:p>
        </w:tc>
        <w:tc>
          <w:tcPr>
            <w:tcW w:type="dxa" w:w="1719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center"/>
            </w:pPr>
            <w:r/>
            <w:r>
              <w:rPr>
                <w:rFonts w:ascii="Arial" w:hAnsi="Arial" w:eastAsia="Arial" w:cs="Arial"/>
                <w:b/>
                <w:sz w:val="16"/>
                <w:color w:val="000000"/>
              </w:rPr>
              <w:t>Econômica</w:t>
            </w:r>
            <w:r>
              <w:br/>
            </w:r>
            <w:r>
              <w:rPr>
                <w:rFonts w:ascii="Arial" w:hAnsi="Arial" w:eastAsia="Arial" w:cs="Arial"/>
                <w:b/>
                <w:sz w:val="16"/>
                <w:color w:val="000000"/>
              </w:rPr>
              <w:t>Valor Monetário</w:t>
            </w:r>
            <w:r>
              <w:br/>
            </w:r>
            <w:r>
              <w:rPr>
                <w:rFonts w:ascii="Arial" w:hAnsi="Arial" w:eastAsia="Arial" w:cs="Arial"/>
                <w:b/>
                <w:sz w:val="16"/>
                <w:color w:val="000000"/>
              </w:rPr>
              <w:t>(R$)</w:t>
            </w:r>
          </w:p>
        </w:tc>
      </w:tr>
      <w:tr>
        <w:trPr>
          <w:trHeight w:val="281" w:hRule="exact"/>
        </w:trPr>
        <w:tc>
          <w:tcPr>
            <w:tcW w:type="dxa" w:w="96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  <w:tc>
          <w:tcPr>
            <w:tcW w:type="dxa" w:w="89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  <w:tc>
          <w:tcPr>
            <w:tcW w:type="dxa" w:w="97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  <w:tc>
          <w:tcPr>
            <w:tcW w:type="dxa" w:w="1411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  <w:tc>
          <w:tcPr>
            <w:tcW w:type="dxa" w:w="171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  <w:tr>
        <w:trPr>
          <w:trHeight w:val="278" w:hRule="exact"/>
        </w:trPr>
        <w:tc>
          <w:tcPr>
            <w:tcW w:type="dxa" w:w="2837"/>
            <w:gridSpan w:val="3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center"/>
            </w:pPr>
            <w:r/>
            <w:r>
              <w:rPr>
                <w:rFonts w:ascii="Times New Roman" w:hAnsi="Times New Roman" w:eastAsia="Times New Roman" w:cs="Times New Roman"/>
                <w:b w:val="0"/>
                <w:sz w:val="16"/>
                <w:color w:val="000000"/>
              </w:rPr>
              <w:t>Total</w:t>
            </w:r>
          </w:p>
        </w:tc>
        <w:tc>
          <w:tcPr>
            <w:tcW w:type="dxa" w:w="3130"/>
            <w:gridSpan w:val="2"/>
            <w:vAlign w:val="top"/>
            <w:tcMar>
              <w:top w:w="32" w:type="dxa"/>
              <w:start w:w="12" w:type="dxa"/>
              <w:bottom w:w="0" w:type="dxa"/>
              <w:end w:w="12" w:type="dxa"/>
            </w:tcMar>
          </w:tcPr>
          <w:p>
            <w:pPr>
              <w:keepNext w:val="0"/>
              <w:widowControl w:val="0"/>
              <w:spacing w:before="0" w:after="0" w:lineRule="exact" w:line="184"/>
              <w:ind w:left="0" w:right="0" w:firstLine="0"/>
              <w:jc w:val="center"/>
            </w:pPr>
            <w:r/>
            <w:r>
              <w:rPr>
                <w:rFonts w:ascii="Arial" w:hAnsi="Arial" w:eastAsia="Arial" w:cs="Arial"/>
                <w:b w:val="0"/>
                <w:sz w:val="16"/>
                <w:color w:val="000000"/>
              </w:rPr>
            </w:r>
          </w:p>
        </w:tc>
      </w:tr>
    </w:tbl>
    <w:p>
      <w:pPr>
        <w:keepNext w:val="0"/>
        <w:widowControl w:val="0"/>
        <w:spacing w:before="500" w:after="0" w:lineRule="exact" w:line="264"/>
        <w:ind w:left="0" w:right="0" w:firstLine="0"/>
        <w:jc w:val="left"/>
      </w:pPr>
      <w:r>
        <w:rPr>
          <w:rFonts w:ascii="Arial" w:hAnsi="Arial" w:eastAsia="Arial" w:cs="Arial"/>
          <w:b w:val="0"/>
          <w:sz w:val="22"/>
          <w:color w:val="000000"/>
        </w:rPr>
        <w:t>Local e data.</w:t>
      </w:r>
    </w:p>
    <w:p>
      <w:pPr>
        <w:keepNext w:val="0"/>
        <w:widowControl w:val="0"/>
        <w:spacing w:before="724" w:after="0" w:lineRule="exact" w:line="264"/>
        <w:ind w:left="0" w:right="0" w:firstLine="0"/>
        <w:jc w:val="center"/>
      </w:pPr>
      <w:r>
        <w:rPr>
          <w:rFonts w:ascii="Arial" w:hAnsi="Arial" w:eastAsia="Arial" w:cs="Arial"/>
          <w:b w:val="0"/>
          <w:sz w:val="22"/>
          <w:color w:val="000000"/>
        </w:rPr>
        <w:t>Atenciosamente,</w:t>
      </w:r>
    </w:p>
    <w:p>
      <w:pPr>
        <w:keepNext w:val="0"/>
        <w:widowControl w:val="0"/>
        <w:spacing w:before="1068" w:after="0" w:lineRule="exact" w:line="252"/>
        <w:ind w:left="2005" w:right="2159" w:firstLine="0"/>
        <w:jc w:val="center"/>
        <w:pBdr>
          <w:top w:val="single" w:sz="6" w:space="1" w:color="000000"/>
        </w:pBdr>
      </w:pPr>
      <w:r>
        <w:rPr>
          <w:rFonts w:ascii="Arial" w:hAnsi="Arial" w:eastAsia="Arial" w:cs="Arial"/>
          <w:b w:val="0"/>
          <w:sz w:val="22"/>
          <w:color w:val="000000"/>
          <w:shd w:val="clear" w:color="auto" w:fill="BCD6ED"/>
        </w:rPr>
        <w:t>Nome do representante legal</w:t>
      </w:r>
    </w:p>
    <w:p>
      <w:pPr>
        <w:keepNext w:val="0"/>
        <w:widowControl w:val="0"/>
        <w:spacing w:before="125" w:after="0" w:lineRule="exact" w:line="252"/>
        <w:ind w:left="0" w:right="0" w:firstLine="0"/>
        <w:jc w:val="center"/>
      </w:pPr>
      <w:r>
        <w:rPr>
          <w:rFonts w:ascii="Arial" w:hAnsi="Arial" w:eastAsia="Arial" w:cs="Arial"/>
          <w:b w:val="0"/>
          <w:sz w:val="22"/>
          <w:color w:val="000000"/>
          <w:shd w:val="clear" w:color="auto" w:fill="BCD6ED"/>
        </w:rPr>
        <w:t>Cargo</w:t>
      </w:r>
    </w:p>
    <w:p>
      <w:pPr>
        <w:keepNext w:val="0"/>
        <w:widowControl w:val="0"/>
        <w:spacing w:before="0" w:after="0" w:lineRule="exact" w:line="252"/>
        <w:ind w:left="0" w:right="0" w:firstLine="0"/>
        <w:jc w:val="center"/>
      </w:pPr>
      <w:r>
        <w:rPr>
          <w:rFonts w:ascii="Arial" w:hAnsi="Arial" w:eastAsia="Arial" w:cs="Arial"/>
          <w:b w:val="0"/>
          <w:sz w:val="22"/>
          <w:color w:val="000000"/>
          <w:shd w:val="clear" w:color="auto" w:fill="00FFFF"/>
        </w:rPr>
        <w:t>Nome da Instituição/Sigla</w:t>
      </w:r>
    </w:p>
    <w:sectPr w:rsidR="00FC693F" w:rsidRPr="0006063C" w:rsidSect="00034616">
      <w:headerReference w:type="default" r:id="rId9"/>
      <w:footerReference w:type="default" r:id="rId10"/>
      <w:pgSz w:w="11911" w:h="16841"/>
      <w:pgMar w:top="3265" w:right="985" w:bottom="620" w:left="1131" w:header="568" w:footer="1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 w:val="0"/>
      <w:tabs>
        <w:tab w:pos="6350" w:val="left"/>
      </w:tabs>
      <w:spacing w:before="0" w:after="0" w:lineRule="exact" w:line="240"/>
      <w:ind w:left="130" w:right="0" w:firstLine="0"/>
      <w:jc w:val="left"/>
    </w:pPr>
    <w:r/>
    <w:r>
      <w:rPr>
        <w:rFonts w:ascii="Helvetica" w:hAnsi="Helvetica" w:eastAsia="Helvetica" w:cs="Helvetica"/>
        <w:b w:val="0"/>
        <w:sz w:val="20"/>
        <w:color w:val="D3D3D3"/>
      </w:rPr>
      <w:t>Chamada Pública CNPq/CAPES Nº 30/2026 MAI/DAI (2766773)</w:t>
    </w:r>
    <w:r>
      <w:tab/>
    </w:r>
    <w:r>
      <w:rPr>
        <w:rFonts w:ascii="Helvetica" w:hAnsi="Helvetica" w:eastAsia="Helvetica" w:cs="Helvetica"/>
        <w:b w:val="0"/>
        <w:sz w:val="20"/>
        <w:color w:val="D3D3D3"/>
      </w:rPr>
      <w:t>SEI 01300.005324/2026-60 / pg. 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before="0" w:after="0" w:lineRule="exact" w:line="1048"/>
      <w:ind w:left="0" w:right="0" w:firstLine="0"/>
      <w:jc w:val="left"/>
    </w:pPr>
    <w:r/>
  </w:p>
  <w:p>
    <w:pPr>
      <w:keepNext w:val="0"/>
      <w:widowControl w:val="0"/>
      <w:spacing w:before="105" w:after="0" w:lineRule="exact" w:line="322"/>
      <w:ind w:left="46" w:right="56" w:firstLine="0"/>
      <w:jc w:val="center"/>
      <w:shd w:val="clear" w:color="auto" w:fill="BCD6ED"/>
    </w:pPr>
    <w:r>
      <w:rPr>
        <w:rFonts w:ascii="Arial" w:hAnsi="Arial" w:eastAsia="Arial" w:cs="Arial"/>
        <w:b/>
        <w:sz w:val="28"/>
        <w:color w:val="000000"/>
      </w:rPr>
      <w:t>ANEXO IV – Carta de Concordância da Instituição Parceira</w:t>
    </w:r>
  </w:p>
  <w:p>
    <w:pPr>
      <w:keepNext w:val="0"/>
      <w:widowControl w:val="0"/>
      <w:spacing w:before="236" w:after="0" w:lineRule="exact" w:line="264"/>
      <w:ind w:left="0" w:right="0" w:firstLine="0"/>
      <w:jc w:val="center"/>
    </w:pPr>
    <w:r>
      <w:rPr>
        <w:rFonts w:ascii="Arial" w:hAnsi="Arial" w:eastAsia="Arial" w:cs="Arial"/>
        <w:b w:val="0"/>
        <w:sz w:val="22"/>
        <w:color w:val="000000"/>
      </w:rPr>
      <w:t>(Utilizar papel timbrado da empresa, do órgão de governo ou da entidade do terceiro setor)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exact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